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Wintergarten-Projekt: Von der Idee zur Planung</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Welcher Typ passt zu meinem Alltag?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wintergarten.de/index.html" TargetMode="External"/><Relationship Id="rId10" Type="http://schemas.openxmlformats.org/officeDocument/2006/relationships/hyperlink" Target="https://ibm.spreewintergarten.de/hausbau-1/wintergarten-planen-welcher-typ-passt-zu-meinem-alltag-dff1211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